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43000" cy="1668780"/>
            <wp:docPr id="1" name="Picture 1" descr="Image: 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k-logo-full(1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68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Pflegegrad für Kinder</w:t>
      </w:r>
    </w:p>
    <w:p>
      <w:pPr>
        <w:jc w:val="center"/>
      </w:pPr>
      <w:r>
        <w:rPr>
          <w:b/>
          <w:color w:val="B38932"/>
          <w:sz w:val="30"/>
        </w:rPr>
        <w:t>Musterschreiben - EDITIERBAR</w:t>
      </w:r>
    </w:p>
    <w:p>
      <w:pPr>
        <w:jc w:val="center"/>
      </w:pPr>
      <w:r>
        <w:rPr>
          <w:sz w:val="22"/>
        </w:rPr>
        <w:t>20 sachliche Vorlagen für Antrag, Begutachtung, Gutachten, Widerspruch, Höherstufung und Leistungen.</w:t>
      </w:r>
    </w:p>
    <w:p>
      <w:pPr>
        <w:jc w:val="center"/>
      </w:pPr>
      <w:r>
        <w:rPr>
          <w:color w:val="586674"/>
          <w:sz w:val="18"/>
        </w:rPr>
        <w:t>Platzhalter stehen in [[DOPPELTEN KLAMMERN]]. Vor Versand immer Empfänger, Vertretung, Aktenzeichen, Tatsachen, Anlagen, Frist und zulässigen Übermittlungsweg prüfen.</w:t>
      </w:r>
    </w:p>
    <w:p>
      <w:r>
        <w:br w:type="page"/>
      </w:r>
    </w:p>
    <w:p>
      <w:pPr>
        <w:pStyle w:val="Heading1"/>
      </w:pPr>
      <w:r>
        <w:t>Inhalt</w:t>
      </w:r>
    </w:p>
    <w:p>
      <w:pPr>
        <w:spacing w:after="60"/>
      </w:pPr>
      <w:r>
        <w:rPr>
          <w:b/>
          <w:sz w:val="19"/>
        </w:rPr>
        <w:t>01  Formloser Erstantrag Pflegegrad</w:t>
      </w:r>
    </w:p>
    <w:p>
      <w:pPr>
        <w:spacing w:after="60"/>
      </w:pPr>
      <w:r>
        <w:rPr>
          <w:b w:val="0"/>
          <w:sz w:val="19"/>
        </w:rPr>
        <w:t>02  Antrag als sorge-/vertretungsberechtigte oder bevollmächtigte Person</w:t>
      </w:r>
    </w:p>
    <w:p>
      <w:pPr>
        <w:spacing w:after="60"/>
      </w:pPr>
      <w:r>
        <w:rPr>
          <w:b w:val="0"/>
          <w:sz w:val="19"/>
        </w:rPr>
        <w:t>03  Bitte um Eingangsbestätigung</w:t>
      </w:r>
    </w:p>
    <w:p>
      <w:pPr>
        <w:spacing w:after="60"/>
      </w:pPr>
      <w:r>
        <w:rPr>
          <w:b w:val="0"/>
          <w:sz w:val="19"/>
        </w:rPr>
        <w:t>04  Nachreichung von Unterlagen</w:t>
      </w:r>
    </w:p>
    <w:p>
      <w:pPr>
        <w:spacing w:after="60"/>
      </w:pPr>
      <w:r>
        <w:rPr>
          <w:b w:val="0"/>
          <w:sz w:val="19"/>
        </w:rPr>
        <w:t>05  Begutachtungstermin verschieben</w:t>
      </w:r>
    </w:p>
    <w:p>
      <w:pPr>
        <w:spacing w:after="60"/>
      </w:pPr>
      <w:r>
        <w:rPr>
          <w:b w:val="0"/>
          <w:sz w:val="19"/>
        </w:rPr>
        <w:t>06  Ergänzende Tatsachen nach Begutachtung</w:t>
      </w:r>
    </w:p>
    <w:p>
      <w:pPr>
        <w:spacing w:after="60"/>
      </w:pPr>
      <w:r>
        <w:rPr>
          <w:b w:val="0"/>
          <w:sz w:val="19"/>
        </w:rPr>
        <w:t>07  Vollständiges Pflegegutachten anfordern</w:t>
      </w:r>
    </w:p>
    <w:p>
      <w:pPr>
        <w:spacing w:after="60"/>
      </w:pPr>
      <w:r>
        <w:rPr>
          <w:b w:val="0"/>
          <w:sz w:val="19"/>
        </w:rPr>
        <w:t>08  Akteneinsicht nach § 25 SGB X</w:t>
      </w:r>
    </w:p>
    <w:p>
      <w:pPr>
        <w:spacing w:after="60"/>
      </w:pPr>
      <w:r>
        <w:rPr>
          <w:b/>
          <w:sz w:val="19"/>
        </w:rPr>
        <w:t>09  Fristwahrender Widerspruch</w:t>
      </w:r>
    </w:p>
    <w:p>
      <w:pPr>
        <w:spacing w:after="60"/>
      </w:pPr>
      <w:r>
        <w:rPr>
          <w:b/>
          <w:sz w:val="19"/>
        </w:rPr>
        <w:t>10  Strukturierte Widerspruchsbegründung</w:t>
      </w:r>
    </w:p>
    <w:p>
      <w:pPr>
        <w:spacing w:after="60"/>
      </w:pPr>
      <w:r>
        <w:rPr>
          <w:b w:val="0"/>
          <w:sz w:val="19"/>
        </w:rPr>
        <w:t>11  Bitte um erneute Begutachtung</w:t>
      </w:r>
    </w:p>
    <w:p>
      <w:pPr>
        <w:spacing w:after="60"/>
      </w:pPr>
      <w:r>
        <w:rPr>
          <w:b/>
          <w:sz w:val="19"/>
        </w:rPr>
        <w:t>12  Antrag auf Höherstufung / erneute Feststellung</w:t>
      </w:r>
    </w:p>
    <w:p>
      <w:pPr>
        <w:spacing w:after="60"/>
      </w:pPr>
      <w:r>
        <w:rPr>
          <w:b w:val="0"/>
          <w:sz w:val="19"/>
        </w:rPr>
        <w:t>13  Mitteilung über erhebliche Veränderung der Pflegesituation</w:t>
      </w:r>
    </w:p>
    <w:p>
      <w:pPr>
        <w:spacing w:after="60"/>
      </w:pPr>
      <w:r>
        <w:rPr>
          <w:b w:val="0"/>
          <w:sz w:val="19"/>
        </w:rPr>
        <w:t>14  Sachstandsanfrage</w:t>
      </w:r>
    </w:p>
    <w:p>
      <w:pPr>
        <w:spacing w:after="60"/>
      </w:pPr>
      <w:r>
        <w:rPr>
          <w:b w:val="0"/>
          <w:sz w:val="19"/>
        </w:rPr>
        <w:t>15  Anfrage Leistungsbudgets</w:t>
      </w:r>
    </w:p>
    <w:p>
      <w:pPr>
        <w:spacing w:after="60"/>
      </w:pPr>
      <w:r>
        <w:rPr>
          <w:b w:val="0"/>
          <w:sz w:val="19"/>
        </w:rPr>
        <w:t>16  Antrag/Zuschuss Wohnumfeldverbesserung</w:t>
      </w:r>
    </w:p>
    <w:p>
      <w:pPr>
        <w:spacing w:after="60"/>
      </w:pPr>
      <w:r>
        <w:rPr>
          <w:b w:val="0"/>
          <w:sz w:val="19"/>
        </w:rPr>
        <w:t>17  Anfrage/Antrag Pflegehilfsmittel</w:t>
      </w:r>
    </w:p>
    <w:p>
      <w:pPr>
        <w:spacing w:after="60"/>
      </w:pPr>
      <w:r>
        <w:rPr>
          <w:b w:val="0"/>
          <w:sz w:val="19"/>
        </w:rPr>
        <w:t>18  Kostenerstattung Verhinderungspflege</w:t>
      </w:r>
    </w:p>
    <w:p>
      <w:pPr>
        <w:spacing w:after="60"/>
      </w:pPr>
      <w:r>
        <w:rPr>
          <w:b w:val="0"/>
          <w:sz w:val="19"/>
        </w:rPr>
        <w:t>19  Vollmacht für Pflegekassenangelegenheiten</w:t>
      </w:r>
    </w:p>
    <w:p>
      <w:pPr>
        <w:spacing w:after="60"/>
      </w:pPr>
      <w:r>
        <w:rPr>
          <w:b w:val="0"/>
          <w:sz w:val="19"/>
        </w:rPr>
        <w:t>20  Allgemeines Anlagen-/Versandprotokoll</w:t>
      </w:r>
    </w:p>
    <w:p>
      <w:r>
        <w:br w:type="page"/>
      </w:r>
    </w:p>
    <w:p>
      <w:pPr>
        <w:pStyle w:val="Heading1"/>
      </w:pPr>
      <w:r>
        <w:t>01 - Formloser Erstantrag Pflegegrad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Der Antrag kann zunächst formlos gestellt werden. Entscheidend ist ein eindeutiger Antrag bei der zuständigen Pflegekasse und ein dokumentierter Eingang.</w:t>
            </w:r>
          </w:p>
        </w:tc>
      </w:tr>
    </w:tbl>
    <w:p/>
    <w:p>
      <w:r>
        <w:rPr>
          <w:b/>
          <w:sz w:val="21"/>
        </w:rPr>
        <w:t>Betreff: Antrag auf Feststellung der Pflegebedürftigkeit und Leistungen der Pflegeversicherung</w:t>
      </w:r>
    </w:p>
    <w:p>
      <w:pPr>
        <w:spacing w:after="60"/>
      </w:pPr>
      <w:r>
        <w:rPr>
          <w:b/>
          <w:color w:val="0E233E"/>
          <w:sz w:val="20"/>
        </w:rPr>
        <w:t>[[ABSENDER / SORGEBERECHTIGTE PERSON]]</w:t>
      </w:r>
    </w:p>
    <w:p>
      <w:pPr>
        <w:spacing w:after="60"/>
      </w:pPr>
      <w:r>
        <w:rPr>
          <w:b/>
          <w:color w:val="0E233E"/>
          <w:sz w:val="20"/>
        </w:rPr>
        <w:t>[[ANSCHRIFT]]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 / VERSICHERER]]</w:t>
      </w:r>
    </w:p>
    <w:p>
      <w:pPr>
        <w:spacing w:after="60"/>
      </w:pPr>
      <w:r>
        <w:rPr>
          <w:b/>
          <w:color w:val="0E233E"/>
          <w:sz w:val="20"/>
        </w:rPr>
        <w:t>[[ANSCHRIFT]]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hiermit beantrage ich als [[SORGEBERECHTIGTE / VERTRETUNGSBERECHTIGTE PERSON]] für [[NAME DES KINDES, GEBURTSDATUM, VERSICHERTENNUMMER]] die Feststellung der Pflegebedürftigkeit und die entsprechenden Leistungen der Pflegeversicherung gemäß § 33 SGB XI.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bestätigen Sie mir den Eingang des Antrags und teilen Sie mir die nächsten Verfahrensschritte sowie die Terminabstimmung für die Begutachtung mit.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 / UNTERSCHRIFT]]</w:t>
      </w:r>
    </w:p>
    <w:p>
      <w:r>
        <w:br w:type="page"/>
      </w:r>
    </w:p>
    <w:p>
      <w:pPr>
        <w:pStyle w:val="Heading1"/>
      </w:pPr>
      <w:r>
        <w:t>02 - Antrag als sorge-/vertretungsberechtigte oder bevollmächtigte Person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Bei Sorge-, Betreuungs- oder Vollmachtsfragen nur den tatsächlich zutreffenden Status angeben und erforderliche Nachweise beifügen.</w:t>
            </w:r>
          </w:p>
        </w:tc>
      </w:tr>
    </w:tbl>
    <w:p/>
    <w:p>
      <w:r>
        <w:rPr>
          <w:b/>
          <w:sz w:val="21"/>
        </w:rPr>
        <w:t>Betreff: Antrag für [[NAME DES KINDES]], Vers.-Nr. [[NUMMER]]</w:t>
      </w:r>
    </w:p>
    <w:p>
      <w:pPr>
        <w:spacing w:after="60"/>
      </w:pPr>
      <w:r>
        <w:rPr>
          <w:b/>
          <w:color w:val="0E233E"/>
          <w:sz w:val="20"/>
        </w:rPr>
        <w:t>[[ABSENDER / VERTRETENDE PERSON]]</w:t>
      </w:r>
    </w:p>
    <w:p>
      <w:pPr>
        <w:spacing w:after="60"/>
      </w:pPr>
      <w:r>
        <w:rPr>
          <w:b/>
          <w:color w:val="0E233E"/>
          <w:sz w:val="20"/>
        </w:rPr>
        <w:t>[[ANSCHRIFT]]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 / VERSICHERER]]</w:t>
      </w:r>
    </w:p>
    <w:p>
      <w:pPr>
        <w:spacing w:after="60"/>
      </w:pPr>
      <w:r>
        <w:rPr>
          <w:b/>
          <w:color w:val="0E233E"/>
          <w:sz w:val="20"/>
        </w:rPr>
        <w:t>[[ANSCHRIFT]]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als [[SORGEBERECHTIGTE / BEVOLLMÄCHTIGTE / GESETZLICH VERTRETUNGSBERECHTIGTE PERSON]] stelle ich für [[NAME DES KINDES]] den Antrag auf Feststellung der Pflegebedürftigkeit und Leistungen der Pflegeversicherung.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[[NACHWEIS DER VERTRETUNGSBEFUGNIS LIEGT BEI / WURDE BEREITS VORGELEGT / WIRD NACHGEREICHT.]]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bestätigen Sie den Eingang und richten Sie die weitere Kommunikation entsprechend der nachgewiesenen Vertretungsbefugnis an [[KONTAKT]].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 / UNTERSCHRIFT]]</w:t>
      </w:r>
    </w:p>
    <w:p>
      <w:r>
        <w:br w:type="page"/>
      </w:r>
    </w:p>
    <w:p>
      <w:pPr>
        <w:pStyle w:val="Heading1"/>
      </w:pPr>
      <w:r>
        <w:t>03 - Bitte um Eingangsbestätigung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Bei fristgebundenen Schreiben zusätzlich eigenen Versand-/Zugangsnachweis sichern.</w:t>
            </w:r>
          </w:p>
        </w:tc>
      </w:tr>
    </w:tbl>
    <w:p/>
    <w:p>
      <w:r>
        <w:rPr>
          <w:b/>
          <w:sz w:val="21"/>
        </w:rPr>
        <w:t>Betreff: Bitte um Eingangsbestätigung - [[VORGANG / 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 / STELLE]]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am [[DATUM]] habe ich Ihnen [[DOKUMENT / ANTRAG / WIDERSPRUCH]] für [[NAME DES KINDES]] übermittelt.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bestätigen Sie mir den Eingang unter Angabe des Eingangsdatums und - sofern vorhanden - des Akten- oder Vorgangszeichens.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04 - Nachreichung von Unterlagen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Nur relevante Unterlagen senden. Inhalt und Relevanz kurz benennen; Originale nach Möglichkeit behalten.</w:t>
            </w:r>
          </w:p>
        </w:tc>
      </w:tr>
    </w:tbl>
    <w:p/>
    <w:p>
      <w:r>
        <w:rPr>
          <w:b/>
          <w:sz w:val="21"/>
        </w:rPr>
        <w:t>Betreff: Nachreichung von Unterlagen - [[NAME DES KINDES]], [[AKTENZEICHEN]]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 / STELLE]]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zu dem oben genannten Vorgang reiche ich folgende Unterlagen nach:</w:t>
      </w:r>
    </w:p>
    <w:p>
      <w:pPr>
        <w:spacing w:after="60"/>
        <w:ind w:left="283"/>
      </w:pPr>
      <w:r>
        <w:rPr>
          <w:sz w:val="20"/>
        </w:rPr>
        <w:t>- [[ANLAGE 1]]</w:t>
      </w:r>
    </w:p>
    <w:p>
      <w:pPr>
        <w:spacing w:after="60"/>
        <w:ind w:left="283"/>
      </w:pPr>
      <w:r>
        <w:rPr>
          <w:sz w:val="20"/>
        </w:rPr>
        <w:t>- [[ANLAGE 2]]</w:t>
      </w:r>
    </w:p>
    <w:p>
      <w:pPr>
        <w:spacing w:after="60"/>
        <w:ind w:left="283"/>
      </w:pPr>
      <w:r>
        <w:rPr>
          <w:sz w:val="20"/>
        </w:rPr>
        <w:t>- [[ANLAGE 3]]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Die Unterlagen betreffen insbesondere [[KURZE RELEVANZBESCHREIBUNG: ALLTAGSSITUATION / THERAPIE / ALTERSVERGLEICH / HILFEBEDARF]].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ordnen Sie die Unterlagen dem laufenden Verfahren zu.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05 - Begutachtungstermin verschieben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Terminänderungen unverzüglich mitteilen und Bestätigung sichern. Keine unnötige Verfahrensverzögerung verursachen.</w:t>
            </w:r>
          </w:p>
        </w:tc>
      </w:tr>
    </w:tbl>
    <w:p/>
    <w:p>
      <w:r>
        <w:rPr>
          <w:b/>
          <w:sz w:val="21"/>
        </w:rPr>
        <w:t>Betreff: Bitte um Verlegung des Begutachtungstermins am [[DATUM]] - [[NAME / 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[[MEDIZINISCHER DIENST / PFLEGEKASSE / STELLE]]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den für [[DATUM, UHRZEIT]] angekündigten Begutachtungstermin für [[NAME DES KINDES]] können wir aus folgendem sachlichen Grund nicht wahrnehmen: [[GRUND]].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Wir bitten um einen zeitnahen Ersatztermin. Möglich wären beispielsweise [[ZEITFENSTER 1]] und [[ZEITFENSTER 2]]. Für die Abstimmung erreichen Sie uns unter [[KONTAKT]].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bestätigen Sie die Terminänderung.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06 - Ergänzende Tatsachen nach Begutachtung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Nur tatsächliche, konkrete Ergänzungen senden. Keine nachträgliche Dramatisierung oder Punkteargumentation.</w:t>
            </w:r>
          </w:p>
        </w:tc>
      </w:tr>
    </w:tbl>
    <w:p/>
    <w:p>
      <w:r>
        <w:rPr>
          <w:b/>
          <w:sz w:val="21"/>
        </w:rPr>
        <w:t>Betreff: Ergänzende Tatsachen zur Begutachtung vom [[DATUM]] - [[AKTENZEICHEN]]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 / STELLE]]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ergänzend zur Begutachtung am [[DATUM]] möchten wir folgende entscheidungserhebliche Tatsache klarstellen: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[[KONKRETE SITUATION / TÄTIGKEIT]]</w:t>
      </w:r>
    </w:p>
    <w:p>
      <w:pPr>
        <w:spacing w:after="60"/>
        <w:ind w:left="283"/>
      </w:pPr>
      <w:r>
        <w:rPr>
          <w:sz w:val="20"/>
        </w:rPr>
        <w:t>- Tatsächliche Fähigkeit des Kindes: [[TEXT]]</w:t>
      </w:r>
    </w:p>
    <w:p>
      <w:pPr>
        <w:spacing w:after="60"/>
        <w:ind w:left="283"/>
      </w:pPr>
      <w:r>
        <w:rPr>
          <w:sz w:val="20"/>
        </w:rPr>
        <w:t>- Altersentsprechend wäre zu erwarten: [[TEXT]]</w:t>
      </w:r>
    </w:p>
    <w:p>
      <w:pPr>
        <w:spacing w:after="60"/>
        <w:ind w:left="283"/>
      </w:pPr>
      <w:r>
        <w:rPr>
          <w:sz w:val="20"/>
        </w:rPr>
        <w:t>- Gesundheitlich bedingte zusätzliche Hilfe: [[TEXT]]</w:t>
      </w:r>
    </w:p>
    <w:p>
      <w:pPr>
        <w:spacing w:after="60"/>
        <w:ind w:left="283"/>
      </w:pPr>
      <w:r>
        <w:rPr>
          <w:sz w:val="20"/>
        </w:rPr>
        <w:t>- Häufigkeit / typisches Beispiel: [[TEXT]]</w:t>
      </w:r>
    </w:p>
    <w:p>
      <w:pPr>
        <w:spacing w:after="60"/>
        <w:ind w:left="283"/>
      </w:pPr>
      <w:r>
        <w:rPr>
          <w:sz w:val="20"/>
        </w:rPr>
        <w:t>- Nachweis: [[TEXT]]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ordnen Sie diese Ergänzung dem laufenden Verfahren zu.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07 - Vollständiges Pflegegutachten anfordern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Nach § 18c SGB XI wird das Gutachten grundsätzlich zusammen mit dem Bescheid übersandt, sofern der Antragsteller der Übersendung nicht widerspricht. Wenn es fehlt, kann es angefordert werden.</w:t>
            </w:r>
          </w:p>
        </w:tc>
      </w:tr>
    </w:tbl>
    <w:p/>
    <w:p>
      <w:r>
        <w:rPr>
          <w:b/>
          <w:sz w:val="21"/>
        </w:rPr>
        <w:t>Betreff: Bitte um Übersendung des vollständigen Pflegegutachtens - [[NAME / 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übersenden Sie mir das vollständige Gutachten, das der Entscheidung über den Pflegegrad von [[NAME DES KINDES]] zugrunde liegt, einschließlich der nachvollziehbaren Modul- und Kriterienbewertung sowie der im Gutachten enthaltenen Empfehlungen, soweit diese Bestandteil der Unterlagen sind.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senden Sie die Unterlagen an [[POSTANSCHRIFT / ZULÄSSIGER ELEKTRONISCHER WEG]].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08 - Akteneinsicht nach § 25 SGB X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§ 25 SGB X enthält Grenzen und Besonderheiten, unter anderem zum Schutz berechtigter Interessen. Nur tatsächlich benötigte Unterlagen benennen.</w:t>
            </w:r>
          </w:p>
        </w:tc>
      </w:tr>
    </w:tbl>
    <w:p/>
    <w:p>
      <w:r>
        <w:rPr>
          <w:b/>
          <w:sz w:val="21"/>
        </w:rPr>
        <w:t>Betreff: Antrag auf Akteneinsicht nach § 25 SGB X - [[NAME / 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 / STELLE]]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hiermit bitte ich als [[SORGEBERECHTIGTE / VERTRETUNGSBERECHTIGTE PERSON]] um Akteneinsicht in die das Verfahren von [[NAME DES KINDES]] betreffenden Unterlagen, soweit deren Kenntnis zur Geltendmachung oder Verteidigung der rechtlichen Interessen erforderlich ist.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Insbesondere bitte ich um Einsicht bzw. Kopie von: [[KONKRETE UNTERLAGEN, Z. B. GUTACHTEN, STELLUNGNAHMEN, ENTSCHEIDUNGSERHEBLICHE UNTERLAGEN]].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teilen Sie mir mit, in welcher Form die Akteneinsicht gewährt werden kann und ob hierfür Aufwendungen entstehen.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09 - Fristwahrender Widerspruch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Die Widerspruchsfrist beträgt im Regelfall einen Monat nach Bekanntgabe. Maßgeblich sind Bescheid, Rechtsbehelfsbelehrung und der konkrete Fall.</w:t>
            </w:r>
          </w:p>
        </w:tc>
      </w:tr>
    </w:tbl>
    <w:p/>
    <w:p>
      <w:r>
        <w:rPr>
          <w:b/>
          <w:sz w:val="21"/>
        </w:rPr>
        <w:t>Betreff: Widerspruch gegen den Bescheid vom [[BESCHEIDDATUM]] - [[AKTENZEICHEN]]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hiermit lege ich als [[SORGEBERECHTIGTE / VERTRETUNGSBERECHTIGTE PERSON]] für [[NAME DES KINDES]] gegen den oben genannten Bescheid Widerspruch ein.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Eine Begründung reiche ich nach Prüfung des vollständigen Pflegegutachtens und der entscheidungserheblichen Unterlagen nach.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bestätigen Sie mir den Eingang des Widerspruchs.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 / UNTERSCHRIFT]]</w:t>
      </w:r>
    </w:p>
    <w:p>
      <w:r>
        <w:br w:type="page"/>
      </w:r>
    </w:p>
    <w:p>
      <w:pPr>
        <w:pStyle w:val="Heading1"/>
      </w:pPr>
      <w:r>
        <w:t>10 - Strukturierte Widerspruchsbegründung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Wenige belastbare Abweichungen sind meist klarer als eine pauschale Kritik. Die Vorlage macht keine Aussage über Erfolgsaussichten.</w:t>
            </w:r>
          </w:p>
        </w:tc>
      </w:tr>
    </w:tbl>
    <w:p/>
    <w:p>
      <w:r>
        <w:rPr>
          <w:b/>
          <w:sz w:val="21"/>
        </w:rPr>
        <w:t>Betreff: Begründung des Widerspruchs gegen den Bescheid vom [[DATUM]] - [[AKTENZEICHEN]]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meinen Widerspruch für [[NAME DES KINDES]] begründe ich nach Prüfung des Gutachtens wie folgt.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1. [[MODUL / KRITERIUM]]</w:t>
      </w:r>
    </w:p>
    <w:p>
      <w:pPr>
        <w:spacing w:after="60"/>
      </w:pPr>
      <w:r>
        <w:rPr>
          <w:sz w:val="20"/>
        </w:rPr>
        <w:t>Feststellung im Gutachten: [[TEXT]]</w:t>
      </w:r>
    </w:p>
    <w:p>
      <w:pPr>
        <w:spacing w:after="60"/>
      </w:pPr>
      <w:r>
        <w:rPr>
          <w:sz w:val="20"/>
        </w:rPr>
        <w:t>Tatsächliche Fähigkeit / Situation: [[TEXT]]</w:t>
      </w:r>
    </w:p>
    <w:p>
      <w:pPr>
        <w:spacing w:after="60"/>
      </w:pPr>
      <w:r>
        <w:rPr>
          <w:sz w:val="20"/>
        </w:rPr>
        <w:t>Altersentsprechend wäre zu erwarten: [[TEXT]]</w:t>
      </w:r>
    </w:p>
    <w:p>
      <w:pPr>
        <w:spacing w:after="60"/>
      </w:pPr>
      <w:r>
        <w:rPr>
          <w:sz w:val="20"/>
        </w:rPr>
        <w:t>Gesundheitlich bedingte zusätzliche personelle Hilfe: [[TEXT]]</w:t>
      </w:r>
    </w:p>
    <w:p>
      <w:pPr>
        <w:spacing w:after="60"/>
      </w:pPr>
      <w:r>
        <w:rPr>
          <w:sz w:val="20"/>
        </w:rPr>
        <w:t>Häufigkeit / konkretes Beispiel: [[TEXT]]</w:t>
      </w:r>
    </w:p>
    <w:p>
      <w:pPr>
        <w:spacing w:after="60"/>
      </w:pPr>
      <w:r>
        <w:rPr>
          <w:sz w:val="20"/>
        </w:rPr>
        <w:t>Nachweis: [[ANLAGE / BELEG]]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2. [[WEITERER PUNKT - GLEICHE STRUKTUR]]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Ich bitte um erneute Prüfung der Entscheidung unter Berücksichtigung der dargestellten Tatsachen und beigefügten Nachweise.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Anlagen: [[LISTE]]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11 - Bitte um erneute Begutachtung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Kein Anspruchsversprechen auf eine erneute persönliche Begutachtung. Der Antrag bittet um pflegefachliche Neubewertung des Sachverhalts.</w:t>
            </w:r>
          </w:p>
        </w:tc>
      </w:tr>
    </w:tbl>
    <w:p/>
    <w:p>
      <w:r>
        <w:rPr>
          <w:b/>
          <w:sz w:val="21"/>
        </w:rPr>
        <w:t>Betreff: Bitte um erneute pflegefachliche Prüfung / Begutachtung - [[AKTENZEICHEN]]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im laufenden Verfahren bestehen aus unserer Sicht wesentliche Abweichungen zwischen den bisherigen Feststellungen und der tatsächlichen Situation von [[NAME DES KINDES]].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Diese betreffen insbesondere: [[KURZE PUNKTE]].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Wir bitten daher um Prüfung, ob eine erneute Begutachtung zur vollständigen Sachverhaltsaufklärung erforderlich ist. Relevante Nachweise sind [[BEIGEFÜGT / WERDEN WIE FOLGT NACHGEREICHT]].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12 - Antrag auf Höherstufung / erneute Feststellung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Bei Kindern kann sich auch der Altersvergleich verändern. Normaler Entwicklungsfortschritt, neue gesundheitliche Einschränkungen und frühere Bewertungsfehler getrennt dokumentieren.</w:t>
            </w:r>
          </w:p>
        </w:tc>
      </w:tr>
    </w:tbl>
    <w:p/>
    <w:p>
      <w:r>
        <w:rPr>
          <w:b/>
          <w:sz w:val="21"/>
        </w:rPr>
        <w:t>Betreff: Antrag auf Höherstufung / erneute Feststellung des Pflegegrades - [[NAME / VERS.-NR.]]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seit der letzten Begutachtung vom [[DATUM]] hat sich der gesundheitlich bedingte Unterstützungsbedarf von [[NAME DES KINDES]] wesentlich verändert bzw. der Abstand zu altersentsprechend entwickelten Kindern ist in folgenden Bereichen größer geworden: [[BEREICHE]].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Insbesondere besteht nun zusätzlicher bzw. häufigerer Hilfebedarf bei: [[KONKRETE SITUATIONEN, HILFE, HÄUFIGKEIT]].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Die Veränderungen bestehen seit ungefähr [[ZEITPUNKT]] und werden durch folgende Unterlagen/Beobachtungen belegt: [[LISTE]].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Ich beantrage daher die erneute Feststellung des Pflegegrades.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13 - Mitteilung über erhebliche Veränderung der Pflegesituation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Wenn eine Neubewertung gewünscht ist, kann ein ausdrücklicher Antrag auf erneute Feststellung/Höherstufung klarer sein als eine bloße Mitteilung.</w:t>
            </w:r>
          </w:p>
        </w:tc>
      </w:tr>
    </w:tbl>
    <w:p/>
    <w:p>
      <w:r>
        <w:rPr>
          <w:b/>
          <w:sz w:val="21"/>
        </w:rPr>
        <w:t>Betreff: Mitteilung über erhebliche Veränderung der Pflegesituation - [[AKTENZEICHEN]]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seit [[DATUM / ZEITRAUM]] hat sich die Pflegesituation von [[NAME DES KINDES]] wie folgt verändert:</w:t>
      </w:r>
    </w:p>
    <w:p>
      <w:pPr>
        <w:spacing w:after="60"/>
        <w:ind w:left="283"/>
      </w:pPr>
      <w:r>
        <w:rPr>
          <w:sz w:val="20"/>
        </w:rPr>
        <w:t>- [[VERÄNDERUNG 1 + KONKRETE HILFE]]</w:t>
      </w:r>
    </w:p>
    <w:p>
      <w:pPr>
        <w:spacing w:after="60"/>
        <w:ind w:left="283"/>
      </w:pPr>
      <w:r>
        <w:rPr>
          <w:sz w:val="20"/>
        </w:rPr>
        <w:t>- [[VERÄNDERUNG 2 + KONKRETE HILFE]]</w:t>
      </w:r>
    </w:p>
    <w:p>
      <w:pPr>
        <w:spacing w:after="60"/>
        <w:ind w:left="283"/>
      </w:pPr>
      <w:r>
        <w:rPr>
          <w:sz w:val="20"/>
        </w:rPr>
        <w:t>- [[VERÄNDERUNG 3 + KONKRETE HILFE]]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teilen Sie mir mit, welche Verfahrenshandlung bzw. welche Unterlagen hierzu erforderlich sind.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14 - Sachstandsanfrage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Die gesetzliche Regelfrist nach § 18c SGB XI beträgt 25 Arbeitstage; Ausnahmen, Unterbrechungen und besondere Fristen können gelten.</w:t>
            </w:r>
          </w:p>
        </w:tc>
      </w:tr>
    </w:tbl>
    <w:p/>
    <w:p>
      <w:r>
        <w:rPr>
          <w:b/>
          <w:sz w:val="21"/>
        </w:rPr>
        <w:t>Betreff: Sachstandsanfrage - [[VORGANG / AKTENZEICHEN]]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 / STELLE]]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zu unserem Vorgang für [[NAME DES KINDES]] vom [[DATUM]] bitte ich um Mitteilung des aktuellen Bearbeitungsstands.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Letzte bekannte Verfahrenshandlung: [[TEXT]].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teilen Sie mir mit, ob noch Unterlagen oder Mitwirkungshandlungen benötigt werden und welcher nächste Schritt vorgesehen ist.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15 - Anfrage Leistungsbudgets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Beträge können dynamisch sein. Vor einer konkreten Planung den aktuellen Stand direkt bei der Pflegekasse abgleichen.</w:t>
            </w:r>
          </w:p>
        </w:tc>
      </w:tr>
    </w:tbl>
    <w:p/>
    <w:p>
      <w:r>
        <w:rPr>
          <w:b/>
          <w:sz w:val="21"/>
        </w:rPr>
        <w:t>Betreff: Bitte um Übersicht aktueller Leistungsbudgets - [[NAME / VERS.-NR.]]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teilen Sie uns für [[NAME DES KINDES]] den aktuell verfügbaren Stand und die für unseren Fall maßgeblichen Voraussetzungen für folgende Leistungen mit:</w:t>
      </w:r>
    </w:p>
    <w:p>
      <w:pPr>
        <w:spacing w:after="60"/>
        <w:ind w:left="283"/>
      </w:pPr>
      <w:r>
        <w:rPr>
          <w:sz w:val="20"/>
        </w:rPr>
        <w:t>- [[ENTLASTUNGSBETRAG / RESTBETRAG]]</w:t>
      </w:r>
    </w:p>
    <w:p>
      <w:pPr>
        <w:spacing w:after="60"/>
        <w:ind w:left="283"/>
      </w:pPr>
      <w:r>
        <w:rPr>
          <w:sz w:val="20"/>
        </w:rPr>
        <w:t>- [[GEMEINSAMER JAHRESBETRAG FÜR VERHINDERUNGS- UND KURZZEITPFLEGE]]</w:t>
      </w:r>
    </w:p>
    <w:p>
      <w:pPr>
        <w:spacing w:after="60"/>
        <w:ind w:left="283"/>
      </w:pPr>
      <w:r>
        <w:rPr>
          <w:sz w:val="20"/>
        </w:rPr>
        <w:t>- [[WEITERE KONKRETE LEISTUNG]]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teilen Sie außerdem mit, welche Nachweise für [[GEPLANTE LEISTUNG / ANBIETER / ZEITRAUM]] erforderlich sind und ob eine Direktabrechnung möglich ist.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16 - Antrag/Zuschuss Wohnumfeldverbesserung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Nach § 40 SGB XI kann die Pflegekasse unter Voraussetzungen Zuschüsse gewähren. Maßnahme und Bedarf vor Durchführung mit der Kasse klären.</w:t>
            </w:r>
          </w:p>
        </w:tc>
      </w:tr>
    </w:tbl>
    <w:p/>
    <w:p>
      <w:r>
        <w:rPr>
          <w:b/>
          <w:sz w:val="21"/>
        </w:rPr>
        <w:t>Betreff: Antrag auf Zuschuss für eine wohnumfeldverbessernde Maßnahme - [[NAME / VERS.-NR.]]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hiermit beantrage ich für [[NAME DES KINDES]] einen Zuschuss für folgende Maßnahme zur Verbesserung des individuellen Wohnumfeldes: [[MASSNAHME]].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Pflegebezogener Bedarf: [[KONKRETE BESCHREIBUNG, WIE DIE MASSNAHME DIE HÄUSLICHE PFLEGE ERMÖGLICHT/ERLEICHTERT ODER SELBSTSTÄNDIGKEIT UNTERSTÜTZT]].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Geplante Kosten / Angebot: [[ANGABE]]. Anlagen: [[ANGEBOT / SKIZZE / EMPFEHLUNG / WEITERE NACHWEISE]].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prüfen Sie den Antrag vor Beauftragung und teilen Sie uns die Entscheidung sowie gegebenenfalls noch benötigte Unterlagen mit.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17 - Anfrage/Antrag Pflegehilfsmittel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Pflegehilfsmittel der Pflegeversicherung und Hilfsmittel der Krankenversicherung sind abzugrenzen. Zuständigkeit im konkreten Fall prüfen.</w:t>
            </w:r>
          </w:p>
        </w:tc>
      </w:tr>
    </w:tbl>
    <w:p/>
    <w:p>
      <w:r>
        <w:rPr>
          <w:b/>
          <w:sz w:val="21"/>
        </w:rPr>
        <w:t>Betreff: Antrag / Anfrage Pflegehilfsmittel - [[NAME / VERS.-NR.]]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ich bitte um Prüfung der Versorgung von [[NAME DES KINDES]] mit folgendem Pflegehilfsmittel: [[HILFSMITTEL]].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Konkreter Bedarf im Pflegealltag: [[TEXT]]. Das Hilfsmittel soll insbesondere [[PFLEGE ERLEICHTERN / BESCHWERDEN LINDERN / SELBSTSTÄNDIGKEIT UNTERSTÜTZEN]].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Vorhandene Empfehlung / Verordnung / pflegefachliche Empfehlung: [[ANGABE]].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Bitte teilen Sie mir das weitere Verfahren und gegebenenfalls benötigte Unterlagen mit.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18 - Kostenerstattung Verhinderungspflege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Bei Ersatzpflege durch nahe Angehörige oder Haushaltsmitglieder gelten besondere Regeln. Vor Einreichung den konkreten Abrechnungsweg prüfen.</w:t>
            </w:r>
          </w:p>
        </w:tc>
      </w:tr>
    </w:tbl>
    <w:p/>
    <w:p>
      <w:r>
        <w:rPr>
          <w:b/>
          <w:sz w:val="21"/>
        </w:rPr>
        <w:t>Betreff: Antrag auf Kostenerstattung für Verhinderungspflege - [[NAME / VERS.-NR.]]</w:t>
      </w:r>
    </w:p>
    <w:p>
      <w:pPr>
        <w:spacing w:after="60"/>
      </w:pPr>
      <w:r>
        <w:rPr>
          <w:b/>
          <w:color w:val="0E233E"/>
          <w:sz w:val="20"/>
        </w:rPr>
        <w:t>[[ABSENDER]]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An [[PFLEGEKASSE]]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[[ORT]], [[DATUM]]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Sehr geehrte Damen und Herren,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für den Zeitraum [[VON-BIS]] wurde wegen Verhinderung der regulären Pflegeperson für [[NAME DES KINDES]] Ersatzpflege durchgeführt.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Ersatzpflegeperson / Leistungserbringer: [[NAME]]</w:t>
      </w:r>
    </w:p>
    <w:p>
      <w:pPr>
        <w:spacing w:after="60"/>
      </w:pPr>
      <w:r>
        <w:rPr>
          <w:sz w:val="20"/>
        </w:rPr>
        <w:t>Anlass: [[ANGABE]]</w:t>
      </w:r>
    </w:p>
    <w:p>
      <w:pPr>
        <w:spacing w:after="60"/>
      </w:pPr>
      <w:r>
        <w:rPr>
          <w:sz w:val="20"/>
        </w:rPr>
        <w:t>Tatsächlich entstandene Kosten: [[BETRAG]]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Die Nachweise/Rechnungen sind als Anlagen beigefügt. Bitte rechnen Sie die erstattungsfähigen Aufwendungen im Rahmen des verfügbaren Gemeinsamen Jahresbetrags ab und teilen Sie uns den verbleibenden Budgetstand mit.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Mit freundlichen Grüßen</w:t>
      </w:r>
    </w:p>
    <w:p>
      <w:pPr>
        <w:spacing w:after="60"/>
      </w:pPr>
      <w:r>
        <w:rPr>
          <w:b/>
          <w:color w:val="0E233E"/>
          <w:sz w:val="20"/>
        </w:rPr>
        <w:t>[[NAME]]</w:t>
      </w:r>
    </w:p>
    <w:p>
      <w:r>
        <w:br w:type="page"/>
      </w:r>
    </w:p>
    <w:p>
      <w:pPr>
        <w:pStyle w:val="Heading1"/>
      </w:pPr>
      <w:r>
        <w:t>19 - Vollmacht für Pflegekassenangelegenheiten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Eine Vollmacht ersetzt keine gesetzlich erforderliche Sorge- oder Vertretungsberechtigung. Umfang und Grenzen des konkreten Vertretungsrechts prüfen.</w:t>
            </w:r>
          </w:p>
        </w:tc>
      </w:tr>
    </w:tbl>
    <w:p/>
    <w:p>
      <w:r>
        <w:rPr>
          <w:b/>
          <w:sz w:val="21"/>
        </w:rPr>
        <w:t>Betreff: VOLLMACHT FÜR PFLEGEKASSENANGELEGENHEITEN</w:t>
      </w:r>
    </w:p>
    <w:p>
      <w:pPr>
        <w:spacing w:after="60"/>
      </w:pPr>
      <w:r>
        <w:rPr>
          <w:sz w:val="20"/>
        </w:rPr>
        <w:t>Vollmachtgeber / sorgeberechtigte Person: [[NAME, GEBURTSDATUM, ANSCHRIFT]]</w:t>
      </w:r>
    </w:p>
    <w:p>
      <w:pPr>
        <w:spacing w:after="60"/>
      </w:pPr>
      <w:r>
        <w:rPr>
          <w:sz w:val="20"/>
        </w:rPr>
        <w:t>Kind: [[NAME, GEBURTSDATUM, VERSICHERTENNUMMER]]</w:t>
      </w:r>
    </w:p>
    <w:p>
      <w:pPr>
        <w:spacing w:after="60"/>
      </w:pPr>
      <w:r>
        <w:rPr>
          <w:sz w:val="20"/>
        </w:rPr>
        <w:t>Bevollmächtigte Person: [[NAME, GEBURTSDATUM, ANSCHRIFT]]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Ich bevollmächtige die oben genannte Person, mich in den nachstehend benannten Pflegekassenangelegenheiten für das oben genannte Kind zu vertreten: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[[ ]] Anträge stellen und Unterlagen einreichen</w:t>
      </w:r>
    </w:p>
    <w:p>
      <w:pPr>
        <w:spacing w:after="60"/>
      </w:pPr>
      <w:r>
        <w:rPr>
          <w:sz w:val="20"/>
        </w:rPr>
        <w:t>[[ ]] Auskünfte einholen und Schriftverkehr führen</w:t>
      </w:r>
    </w:p>
    <w:p>
      <w:pPr>
        <w:spacing w:after="60"/>
      </w:pPr>
      <w:r>
        <w:rPr>
          <w:sz w:val="20"/>
        </w:rPr>
        <w:t>[[ ]] Bescheide / Gutachten / Verfahrensunterlagen entgegennehmen</w:t>
      </w:r>
    </w:p>
    <w:p>
      <w:pPr>
        <w:spacing w:after="60"/>
      </w:pPr>
      <w:r>
        <w:rPr>
          <w:sz w:val="20"/>
        </w:rPr>
        <w:t>[[ ]] Akteneinsicht beantragen</w:t>
      </w:r>
    </w:p>
    <w:p>
      <w:pPr>
        <w:spacing w:after="60"/>
      </w:pPr>
      <w:r>
        <w:rPr>
          <w:sz w:val="20"/>
        </w:rPr>
        <w:t>[[ ]] Rechtsbehelfe einlegen und begründen</w:t>
      </w:r>
    </w:p>
    <w:p>
      <w:pPr>
        <w:spacing w:after="60"/>
      </w:pPr>
      <w:r>
        <w:rPr>
          <w:b/>
          <w:color w:val="0E233E"/>
          <w:sz w:val="20"/>
        </w:rPr>
        <w:t>[[ ]] Sonstiges: [[TEXT]]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Die Vollmacht gilt ab [[DATUM]] bis [[BEFRISTUNG / WIDERRUF]].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b/>
          <w:color w:val="0E233E"/>
          <w:sz w:val="20"/>
        </w:rPr>
        <w:t>[[ORT, DATUM]]</w:t>
      </w:r>
    </w:p>
    <w:p>
      <w:pPr>
        <w:spacing w:after="60"/>
      </w:pPr>
      <w:r>
        <w:rPr>
          <w:sz w:val="20"/>
        </w:rPr>
        <w:t>______________________________</w:t>
      </w:r>
    </w:p>
    <w:p>
      <w:pPr>
        <w:spacing w:after="60"/>
      </w:pPr>
      <w:r>
        <w:rPr>
          <w:b/>
          <w:color w:val="0E233E"/>
          <w:sz w:val="20"/>
        </w:rPr>
        <w:t>[[UNTERSCHRIFT VOLLMACHTGEBER / SORGEBERECHTIGTE PERSON]]</w:t>
      </w:r>
    </w:p>
    <w:p>
      <w:r>
        <w:br w:type="page"/>
      </w:r>
    </w:p>
    <w:p>
      <w:pPr>
        <w:pStyle w:val="Heading1"/>
      </w:pPr>
      <w:r>
        <w:t>20 - Allgemeines Anlagen-/Versandprotokoll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  <w:color w:val="0E233E"/>
              </w:rPr>
              <w:t xml:space="preserve">Nutzungsanleitung: </w:t>
            </w:r>
            <w:r>
              <w:rPr>
                <w:sz w:val="17"/>
              </w:rPr>
              <w:t>Das Protokoll ist eine Organisationshilfe. Für fristgebundene Erklärungen ist der rechtzeitige Zugang über einen zulässigen Weg entscheidend.</w:t>
            </w:r>
          </w:p>
        </w:tc>
      </w:tr>
    </w:tbl>
    <w:p/>
    <w:p>
      <w:r>
        <w:rPr>
          <w:b/>
          <w:sz w:val="21"/>
        </w:rPr>
        <w:t>Betreff: ANLAGEN- UND VERSANDPROTOKOLL</w:t>
      </w:r>
    </w:p>
    <w:p>
      <w:pPr>
        <w:spacing w:after="60"/>
      </w:pPr>
      <w:r>
        <w:rPr>
          <w:sz w:val="20"/>
        </w:rPr>
        <w:t>Vorgang / Aktenzeichen: [[TEXT]]</w:t>
      </w:r>
    </w:p>
    <w:p>
      <w:pPr>
        <w:spacing w:after="60"/>
      </w:pPr>
      <w:r>
        <w:rPr>
          <w:sz w:val="20"/>
        </w:rPr>
        <w:t>Kind: [[NAME / VERSICHERTENNUMMER]]</w:t>
      </w:r>
    </w:p>
    <w:p>
      <w:pPr>
        <w:spacing w:after="60"/>
      </w:pPr>
      <w:r>
        <w:rPr>
          <w:sz w:val="20"/>
        </w:rPr>
        <w:t>Empfänger: [[STELLE]]</w:t>
      </w:r>
    </w:p>
    <w:p>
      <w:pPr>
        <w:spacing w:after="60"/>
      </w:pPr>
      <w:r>
        <w:rPr>
          <w:sz w:val="20"/>
        </w:rPr>
        <w:t>Versanddatum: [[DATUM]]</w:t>
      </w:r>
    </w:p>
    <w:p>
      <w:pPr>
        <w:spacing w:after="60"/>
      </w:pPr>
      <w:r>
        <w:rPr>
          <w:sz w:val="20"/>
        </w:rPr>
        <w:t>Versandweg: [[POST / FAX / PORTAL / PERSÖNLICH / SONSTIGES]]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Übermittelte Unterlagen:</w:t>
      </w:r>
    </w:p>
    <w:p>
      <w:pPr>
        <w:spacing w:after="60"/>
      </w:pPr>
      <w:r>
        <w:rPr>
          <w:sz w:val="20"/>
        </w:rPr>
        <w:t>1. [[ANLAGE]]</w:t>
      </w:r>
    </w:p>
    <w:p>
      <w:pPr>
        <w:spacing w:after="60"/>
      </w:pPr>
      <w:r>
        <w:rPr>
          <w:sz w:val="20"/>
        </w:rPr>
        <w:t>2. [[ANLAGE]]</w:t>
      </w:r>
    </w:p>
    <w:p>
      <w:pPr>
        <w:spacing w:after="60"/>
      </w:pPr>
      <w:r>
        <w:rPr>
          <w:sz w:val="20"/>
        </w:rPr>
        <w:t>3. [[ANLAGE]]</w:t>
      </w:r>
    </w:p>
    <w:p>
      <w:pPr>
        <w:spacing w:after="60"/>
      </w:pPr>
      <w:r>
        <w:rPr>
          <w:sz w:val="20"/>
        </w:rPr>
        <w:t>4. [[ANLAGE]]</w:t>
      </w:r>
    </w:p>
    <w:p>
      <w:pPr>
        <w:spacing w:after="60"/>
      </w:pPr>
      <w:r>
        <w:rPr>
          <w:sz w:val="20"/>
        </w:rPr>
        <w:t>5. [[ANLAGE]]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Versand-/Zugangsnachweis: [[TEXT / ABLAGEORT]]</w:t>
      </w:r>
    </w:p>
    <w:p>
      <w:pPr>
        <w:spacing w:after="60"/>
      </w:pPr>
      <w:r>
        <w:rPr>
          <w:sz w:val="20"/>
        </w:rPr>
        <w:t>Eingang bestätigt am: [[DATUM]]</w:t>
      </w:r>
    </w:p>
    <w:p>
      <w:pPr>
        <w:spacing w:after="60"/>
      </w:pPr>
      <w:r>
        <w:rPr>
          <w:sz w:val="20"/>
        </w:rPr>
        <w:t>Nächste Frist / Wiedervorlage: [[DATUM / HINWEIS]]</w:t>
      </w:r>
    </w:p>
    <w:p>
      <w:pPr>
        <w:spacing w:after="60"/>
      </w:pPr>
      <w:r>
        <w:rPr>
          <w:sz w:val="20"/>
        </w:rPr>
      </w:r>
    </w:p>
    <w:p>
      <w:pPr>
        <w:spacing w:after="60"/>
      </w:pPr>
      <w:r>
        <w:rPr>
          <w:sz w:val="20"/>
        </w:rPr>
        <w:t>Notizen:</w:t>
      </w:r>
    </w:p>
    <w:p>
      <w:pPr>
        <w:spacing w:after="60"/>
      </w:pPr>
      <w:r>
        <w:rPr>
          <w:b/>
          <w:color w:val="0E233E"/>
          <w:sz w:val="20"/>
        </w:rPr>
        <w:t>[[FREITEXT]]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86674"/>
        <w:sz w:val="14"/>
      </w:rPr>
      <w:t>FALK-Ratgeber · Premium v2.0 · Stand 25.09.2026 · Allgemeine Vorlage, keine individuelle Rechtsberatung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E233E"/>
        <w:sz w:val="16"/>
      </w:rPr>
      <w:t>FALK RATGEBER · PFLEGEGRAD FÜR KINDER · MUSTERSCHREIBEN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Pflegegrad für Kinder - Musterschreiben EDITIERBAR</dc:title>
  <dc:subject>FALK-Ratgeber Premium Begleitmaterialien</dc:subject>
  <dc:creator>FALK-Ratgeber</dc:creator>
  <cp:keywords/>
  <dc:description>Allgemeine Vorlagen; Stand 25.09.2026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