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72000" cy="1419120"/>
            <wp:docPr id="1" name="Picture 1" descr="Image: 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LK_Ratgeber_Logo_ORIGIN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1419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E233E"/>
          <w:sz w:val="48"/>
        </w:rPr>
        <w:t>Pflegegrad für Rentner</w:t>
      </w:r>
    </w:p>
    <w:p>
      <w:pPr>
        <w:jc w:val="center"/>
      </w:pPr>
      <w:r>
        <w:rPr>
          <w:b/>
          <w:color w:val="B38932"/>
          <w:sz w:val="32"/>
        </w:rPr>
        <w:t>Musterschreiben – EDITIERBAR</w:t>
      </w:r>
    </w:p>
    <w:p>
      <w:r>
        <w:t>20 sachliche Vorlagen für Antrag, Begutachtung, Gutachten, Widerspruch, Höherstufung und Leistungen. Platzhalter stehen in [[DOPPELTEN KLAMMERN]].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t>Rechts-/Informationsstand: 25.09.2026</w:t>
              <w:br/>
              <w:t>Die Muster ersetzen keine individuelle Rechtsberatung. Fristen, Übermittlungswege und persönliche Tatsachen vor Versand prüfen.</w:t>
            </w:r>
          </w:p>
        </w:tc>
      </w:tr>
    </w:tbl>
    <w:p>
      <w:r>
        <w:br w:type="page"/>
      </w:r>
    </w:p>
    <w:p>
      <w:pPr>
        <w:pStyle w:val="Heading1"/>
      </w:pPr>
      <w:r>
        <w:t>Inhalt</w:t>
      </w:r>
    </w:p>
    <w:p>
      <w:r>
        <w:t>01  Formloser Erstantrag Pflegegrad</w:t>
      </w:r>
    </w:p>
    <w:p>
      <w:r>
        <w:t>02  Antrag als bevollmächtigte Person</w:t>
      </w:r>
    </w:p>
    <w:p>
      <w:r>
        <w:t>03  Bitte um Eingangsbestätigung</w:t>
      </w:r>
    </w:p>
    <w:p>
      <w:r>
        <w:t>04  Nachreichung von Unterlagen</w:t>
      </w:r>
    </w:p>
    <w:p>
      <w:r>
        <w:t>05  Begutachtungstermin verschieben</w:t>
      </w:r>
    </w:p>
    <w:p>
      <w:r>
        <w:t>06  Ergänzende Tatsachen nach Begutachtung</w:t>
      </w:r>
    </w:p>
    <w:p>
      <w:r>
        <w:t>07  Vollständiges Pflegegutachten anfordern</w:t>
      </w:r>
    </w:p>
    <w:p>
      <w:r>
        <w:t>08  Akteneinsicht nach § 25 SGB X</w:t>
      </w:r>
    </w:p>
    <w:p>
      <w:r>
        <w:t>09  Fristwahrender Widerspruch</w:t>
      </w:r>
    </w:p>
    <w:p>
      <w:r>
        <w:t>10  Strukturierte Widerspruchsbegründung</w:t>
      </w:r>
    </w:p>
    <w:p>
      <w:r>
        <w:t>11  Bitte um erneute Begutachtung</w:t>
      </w:r>
    </w:p>
    <w:p>
      <w:r>
        <w:t>12  Antrag auf Höherstufung</w:t>
      </w:r>
    </w:p>
    <w:p>
      <w:r>
        <w:t>13  Mitteilung über erhebliche Verschlechterung</w:t>
      </w:r>
    </w:p>
    <w:p>
      <w:r>
        <w:t>14  Sachstandsanfrage</w:t>
      </w:r>
    </w:p>
    <w:p>
      <w:r>
        <w:t>15  Anfrage Leistungsbudgets</w:t>
      </w:r>
    </w:p>
    <w:p>
      <w:r>
        <w:t>16  Antrag/Zuschuss Wohnumfeldverbesserung</w:t>
      </w:r>
    </w:p>
    <w:p>
      <w:r>
        <w:t>17  Anfrage/Antrag Pflegehilfsmittel</w:t>
      </w:r>
    </w:p>
    <w:p>
      <w:r>
        <w:t>18  Kostenerstattung Verhinderungspflege</w:t>
      </w:r>
    </w:p>
    <w:p>
      <w:r>
        <w:t>19  Vollmacht für Pflegekassenangelegenheiten</w:t>
      </w:r>
    </w:p>
    <w:p>
      <w:r>
        <w:t>20  Allgemeines Anlagen-/Versandprotokoll</w:t>
      </w:r>
    </w:p>
    <w:p>
      <w:r>
        <w:br w:type="page"/>
      </w:r>
    </w:p>
    <w:p>
      <w:pPr>
        <w:pStyle w:val="Heading1"/>
      </w:pPr>
      <w:r>
        <w:t>01 – Formloser Erstantrag Pflegegrad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Nutzen, wenn erstmals Leistungen der Pflegeversicherung beantragt werden sollen.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t>[[VORNAME NACHNAME]]</w:t>
      </w:r>
    </w:p>
    <w:p>
      <w:r>
        <w:t>[[ANSCHRIFT]]</w:t>
      </w:r>
    </w:p>
    <w:p>
      <w:r>
        <w:t>[[VERSICHERTENNUMMER]]</w:t>
      </w:r>
    </w:p>
    <w:p>
      <w:r/>
    </w:p>
    <w:p>
      <w:r>
        <w:t>An [[PFLEGEKASSE / VERSICHERER]]</w:t>
      </w:r>
    </w:p>
    <w:p>
      <w:r>
        <w:t>[[ANSCHRIFT]]</w:t>
      </w:r>
    </w:p>
    <w:p>
      <w:r/>
    </w:p>
    <w:p>
      <w:r>
        <w:t>[[ORT]], [[DATUM]]</w:t>
      </w:r>
    </w:p>
    <w:p>
      <w:r/>
    </w:p>
    <w:p>
      <w:r>
        <w:rPr>
          <w:b/>
        </w:rPr>
        <w:t>Betreff: Antrag auf Feststellung der Pflegebedürftigkeit und Leistungen der Pflegeversicherung</w:t>
      </w:r>
    </w:p>
    <w:p>
      <w:r/>
    </w:p>
    <w:p>
      <w:r>
        <w:t>Sehr geehrte Damen und Herren,</w:t>
      </w:r>
    </w:p>
    <w:p>
      <w:r/>
    </w:p>
    <w:p>
      <w:r>
        <w:t>hiermit beantrage ich die Feststellung meiner Pflegebedürftigkeit und die entsprechenden Leistungen der Pflegeversicherung gemäß § 33 SGB XI.</w:t>
      </w:r>
    </w:p>
    <w:p>
      <w:r/>
    </w:p>
    <w:p>
      <w:r>
        <w:t>Bitte bestätigen Sie mir den Eingang dieses Antrags und teilen Sie mir die nächsten Verfahrensschritte mit.</w:t>
      </w:r>
    </w:p>
    <w:p>
      <w:r/>
    </w:p>
    <w:p>
      <w:r>
        <w:t>Mit freundlichen Grüßen</w:t>
      </w:r>
    </w:p>
    <w:p>
      <w:r/>
    </w:p>
    <w:p>
      <w:r>
        <w:t>[[UNTERSCHRIFT / NAME]]</w:t>
      </w:r>
    </w:p>
    <w:p>
      <w:r>
        <w:br w:type="page"/>
      </w:r>
    </w:p>
    <w:p>
      <w:pPr>
        <w:pStyle w:val="Heading1"/>
      </w:pPr>
      <w:r>
        <w:t>02 – Antrag als bevollmächtigte Person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Nur nutzen, wenn eine passende Vollmacht/Vertretungsbefugnis tatsächlich besteht; Nachweis beifügen oder Verfahrensweg mit der Pflegekasse klären.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t>[[ABSENDER / BEVOLLMÄCHTIGTE PERSON]]</w:t>
      </w:r>
    </w:p>
    <w:p>
      <w:r>
        <w:t>[[ANSCHRIFT]]</w:t>
      </w:r>
    </w:p>
    <w:p>
      <w:r/>
    </w:p>
    <w:p>
      <w:r>
        <w:t>An [[PFLEGEKASSE / VERSICHERER]]</w:t>
      </w:r>
    </w:p>
    <w:p>
      <w:r>
        <w:t>[[ANSCHRIFT]]</w:t>
      </w:r>
    </w:p>
    <w:p>
      <w:r/>
    </w:p>
    <w:p>
      <w:r>
        <w:t>[[ORT]], [[DATUM]]</w:t>
      </w:r>
    </w:p>
    <w:p>
      <w:r/>
    </w:p>
    <w:p>
      <w:r>
        <w:rPr>
          <w:b/>
        </w:rPr>
        <w:t>Betreff: Antrag für [[NAME PFLEGEBEDÜRFTIGE PERSON]], Vers.-Nr. [[NUMMER]]</w:t>
      </w:r>
    </w:p>
    <w:p>
      <w:r/>
    </w:p>
    <w:p>
      <w:r>
        <w:t>Sehr geehrte Damen und Herren,</w:t>
      </w:r>
    </w:p>
    <w:p>
      <w:r/>
    </w:p>
    <w:p>
      <w:r>
        <w:t>als bevollmächtigte/vertretungsberechtigte Person stelle ich für [[NAME]] den Antrag auf Feststellung der Pflegebedürftigkeit und Leistungen der Pflegeversicherung.</w:t>
      </w:r>
    </w:p>
    <w:p>
      <w:r/>
    </w:p>
    <w:p>
      <w:r>
        <w:t>[[Vollmacht/Betreuungsnachweis liegt bei / wurde bereits vorgelegt / wird nachgereicht.]]</w:t>
      </w:r>
    </w:p>
    <w:p>
      <w:r/>
    </w:p>
    <w:p>
      <w:r>
        <w:t>Bitte bestätigen Sie den Eingang und richten Sie die weitere Kommunikation entsprechend der nachgewiesenen Vertretungsbefugnis an [[KONTAKT]].</w:t>
      </w:r>
    </w:p>
    <w:p>
      <w:r/>
    </w:p>
    <w:p>
      <w:r>
        <w:t>Mit freundlichen Grüßen</w:t>
      </w:r>
    </w:p>
    <w:p>
      <w:r/>
    </w:p>
    <w:p>
      <w:r>
        <w:t>[[NAME / UNTERSCHRIFT]]</w:t>
      </w:r>
    </w:p>
    <w:p>
      <w:r>
        <w:br w:type="page"/>
      </w:r>
    </w:p>
    <w:p>
      <w:pPr>
        <w:pStyle w:val="Heading1"/>
      </w:pPr>
      <w:r>
        <w:t>03 – Bitte um Eingangsbestätigung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Für Anträge, Unterlagen oder Rechtsbehelfe, deren Zugang dokumentiert werden soll.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Bitte um Eingangsbestätigung – [[VORGANG / AKTENZEICHEN]]</w:t>
      </w:r>
    </w:p>
    <w:p>
      <w:r/>
    </w:p>
    <w:p>
      <w:r>
        <w:t>Sehr geehrte Damen und Herren,</w:t>
      </w:r>
    </w:p>
    <w:p>
      <w:r/>
    </w:p>
    <w:p>
      <w:r>
        <w:t>am [[DATUM]] habe ich Ihnen [[DOKUMENT / ANTRAG]] übermittelt.</w:t>
      </w:r>
    </w:p>
    <w:p>
      <w:r/>
    </w:p>
    <w:p>
      <w:r>
        <w:t>Bitte bestätigen Sie mir kurz den Eingang unter Angabe des Eingangsdatums und – sofern vorhanden – des Aktenzeichens/Vorgangszeichens.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04 – Nachreichung von Unterlagen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Nur relevante Unterlagen nachreichen und eindeutig dem Vorgang zuordnen.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Nachreichung von Unterlagen – [[NAME]], [[AKTENZEICHEN]]</w:t>
      </w:r>
    </w:p>
    <w:p>
      <w:r/>
    </w:p>
    <w:p>
      <w:r>
        <w:t>Sehr geehrte Damen und Herren,</w:t>
      </w:r>
    </w:p>
    <w:p>
      <w:r/>
    </w:p>
    <w:p>
      <w:r>
        <w:t>zu dem oben genannten Vorgang reiche ich folgende Unterlagen nach:</w:t>
      </w:r>
    </w:p>
    <w:p>
      <w:r/>
    </w:p>
    <w:p>
      <w:r>
        <w:t>- [[ANLAGE 1]]</w:t>
      </w:r>
    </w:p>
    <w:p>
      <w:r>
        <w:t>- [[ANLAGE 2]]</w:t>
      </w:r>
    </w:p>
    <w:p>
      <w:r>
        <w:t>- [[ANLAGE 3]]</w:t>
      </w:r>
    </w:p>
    <w:p>
      <w:r/>
    </w:p>
    <w:p>
      <w:r>
        <w:t>Die Unterlagen betreffen insbesondere [[KURZE RELEVANZBESCHREIBUNG]].</w:t>
      </w:r>
    </w:p>
    <w:p>
      <w:r/>
    </w:p>
    <w:p>
      <w:r>
        <w:t>Bitte ordnen Sie die Unterlagen dem laufenden Verfahren zu.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05 – Begutachtungstermin verschieben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Termin nicht einfach verstreichen lassen; frühzeitig Kontakt aufnehmen und Ersatztermin erbitten.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Bitte um Verlegung des Begutachtungstermins am [[DATUM]] – [[NAME / AKTENZEICHEN]]</w:t>
      </w:r>
    </w:p>
    <w:p>
      <w:r/>
    </w:p>
    <w:p>
      <w:r>
        <w:t>Sehr geehrte Damen und Herren,</w:t>
      </w:r>
    </w:p>
    <w:p>
      <w:r/>
    </w:p>
    <w:p>
      <w:r>
        <w:t>den für [[DATUM, UHRZEIT]] angekündigten Begutachtungstermin kann [[ICH / NAME]] aus folgendem Grund nicht wahrnehmen: [[SACHLICHER GRUND]].</w:t>
      </w:r>
    </w:p>
    <w:p>
      <w:r/>
    </w:p>
    <w:p>
      <w:r>
        <w:t>Ich bitte um einen zeitnahen Ersatztermin. Erreichbar bin ich unter [[TELEFON / E-MAIL]].</w:t>
      </w:r>
    </w:p>
    <w:p>
      <w:r/>
    </w:p>
    <w:p>
      <w:r>
        <w:t>Bitte bestätigen Sie die Terminänderung.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06 – Ergänzende Tatsachen nach Begutachtung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Nur sachlich ergänzen, wenn eine wichtige Tatsache im Termin fehlte oder missverständlich blieb.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Ergänzende Tatsachen zur Begutachtung vom [[DATUM]] – [[AKTENZEICHEN]]</w:t>
      </w:r>
    </w:p>
    <w:p>
      <w:r/>
    </w:p>
    <w:p>
      <w:r>
        <w:t>Sehr geehrte Damen und Herren,</w:t>
      </w:r>
    </w:p>
    <w:p>
      <w:r/>
    </w:p>
    <w:p>
      <w:r>
        <w:t>ergänzend zur Begutachtung am [[DATUM]] möchte ich folgende Tatsachen klarstellen:</w:t>
      </w:r>
    </w:p>
    <w:p>
      <w:r/>
    </w:p>
    <w:p>
      <w:r>
        <w:t>[[KONKRETE TÄTIGKEIT / SITUATION]]</w:t>
      </w:r>
    </w:p>
    <w:p>
      <w:r>
        <w:t>- Tatsächliche Situation: [[TEXT]]</w:t>
      </w:r>
    </w:p>
    <w:p>
      <w:r>
        <w:t>- Notwendige Hilfe: [[TEXT]]</w:t>
      </w:r>
    </w:p>
    <w:p>
      <w:r>
        <w:t>- Häufigkeit: [[TEXT]]</w:t>
      </w:r>
    </w:p>
    <w:p>
      <w:r>
        <w:t>- Beleg/Nachweis: [[TEXT]]</w:t>
      </w:r>
    </w:p>
    <w:p>
      <w:r/>
    </w:p>
    <w:p>
      <w:r>
        <w:t>Ich bitte darum, diese Angaben dem laufenden Verfahren zuzuordnen.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07 – Vollständiges Pflegegutachten anfordern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Für die eigene Prüfung des Bescheids und der gutachterlichen Feststellungen.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Bitte um Übersendung des vollständigen Pflegegutachtens – [[NAME / AKTENZEICHEN]]</w:t>
      </w:r>
    </w:p>
    <w:p>
      <w:r/>
    </w:p>
    <w:p>
      <w:r>
        <w:t>Sehr geehrte Damen und Herren,</w:t>
      </w:r>
    </w:p>
    <w:p>
      <w:r/>
    </w:p>
    <w:p>
      <w:r>
        <w:t>bitte übersenden Sie mir das vollständige Gutachten, das der Entscheidung über den Pflegegrad zugrunde liegt, einschließlich der nachvollziehbaren Modul-/Kriterienbewertung und der im Gutachten enthaltenen Empfehlungen, soweit diese Bestandteil der Unterlagen sind.</w:t>
      </w:r>
    </w:p>
    <w:p>
      <w:r/>
    </w:p>
    <w:p>
      <w:r>
        <w:t>Bitte senden Sie die Unterlagen an [[POSTANSCHRIFT / SICHERER ÜBERMITTLUNGSWEG]].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08 – Akteneinsicht nach § 25 SGB X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Für gezielte Einsicht in die verfahrensrelevanten Akten, soweit dies zur Wahrnehmung rechtlicher Interessen erforderlich ist.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Antrag auf Akteneinsicht nach § 25 SGB X – [[NAME / AKTENZEICHEN]]</w:t>
      </w:r>
    </w:p>
    <w:p>
      <w:r/>
    </w:p>
    <w:p>
      <w:r>
        <w:t>Sehr geehrte Damen und Herren,</w:t>
      </w:r>
    </w:p>
    <w:p>
      <w:r/>
    </w:p>
    <w:p>
      <w:r>
        <w:t>hiermit bitte ich um Akteneinsicht in die das Verfahren betreffenden Unterlagen, soweit deren Kenntnis zur Geltendmachung bzw. Verteidigung meiner rechtlichen Interessen erforderlich ist.</w:t>
      </w:r>
    </w:p>
    <w:p>
      <w:r/>
    </w:p>
    <w:p>
      <w:r>
        <w:t>Insbesondere bitte ich um Einsicht/Kopie von: [[KONKRETE UNTERLAGEN, Z. B. GUTACHTEN, STELLUNGNAHMEN, BEWERTUNGSUNTERLAGEN]].</w:t>
      </w:r>
    </w:p>
    <w:p>
      <w:r/>
    </w:p>
    <w:p>
      <w:r>
        <w:t>Bitte teilen Sie mir mit, in welcher Form die Akteneinsicht gewährt werden kann und ob hierfür Aufwendungen entstehen.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09 – Fristwahrender Widerspruch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Wenn die Begründung noch nicht fertig ist, aber die Rechtsbehelfsfrist gesichert werden muss. Frist und zulässigen Übermittlungsweg anhand der Rechtsbehelfsbelehrung prüfen.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Widerspruch gegen den Bescheid vom [[BESCHEIDDATUM]] – [[AKTENZEICHEN]]</w:t>
      </w:r>
    </w:p>
    <w:p>
      <w:r/>
    </w:p>
    <w:p>
      <w:r>
        <w:t>Sehr geehrte Damen und Herren,</w:t>
      </w:r>
    </w:p>
    <w:p>
      <w:r/>
    </w:p>
    <w:p>
      <w:r>
        <w:t>hiermit lege ich gegen den oben genannten Bescheid Widerspruch ein.</w:t>
      </w:r>
    </w:p>
    <w:p>
      <w:r/>
    </w:p>
    <w:p>
      <w:r>
        <w:t>Eine Begründung reiche ich nach Prüfung des vollständigen Pflegegutachtens und der entscheidungserheblichen Unterlagen nach.</w:t>
      </w:r>
    </w:p>
    <w:p>
      <w:r/>
    </w:p>
    <w:p>
      <w:r>
        <w:t>Bitte bestätigen Sie mir den Eingang des Widerspruchs.</w:t>
      </w:r>
    </w:p>
    <w:p>
      <w:r/>
    </w:p>
    <w:p>
      <w:r>
        <w:t>Mit freundlichen Grüßen</w:t>
      </w:r>
    </w:p>
    <w:p>
      <w:r>
        <w:t>[[NAME / UNTERSCHRIFT]]</w:t>
      </w:r>
    </w:p>
    <w:p>
      <w:r>
        <w:br w:type="page"/>
      </w:r>
    </w:p>
    <w:p>
      <w:pPr>
        <w:pStyle w:val="Heading1"/>
      </w:pPr>
      <w:r>
        <w:t>10 – Strukturierte Widerspruchsbegründung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Nur konkrete, entscheidungsrelevante Abweichungen aufnehmen; Tatsachen und Belege zuordnen.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Begründung des Widerspruchs gegen den Bescheid vom [[DATUM]] – [[AKTENZEICHEN]]</w:t>
      </w:r>
    </w:p>
    <w:p>
      <w:r/>
    </w:p>
    <w:p>
      <w:r>
        <w:t>Sehr geehrte Damen und Herren,</w:t>
      </w:r>
    </w:p>
    <w:p>
      <w:r/>
    </w:p>
    <w:p>
      <w:r>
        <w:t>meinen Widerspruch begründe ich nach Prüfung des Gutachtens wie folgt.</w:t>
      </w:r>
    </w:p>
    <w:p>
      <w:r/>
    </w:p>
    <w:p>
      <w:r>
        <w:t>1. [[MODUL / KRITERIUM]]</w:t>
      </w:r>
    </w:p>
    <w:p>
      <w:r>
        <w:t>Feststellung im Gutachten: [[TEXT]]</w:t>
      </w:r>
    </w:p>
    <w:p>
      <w:r>
        <w:t>Tatsächliche Situation: [[TEXT]]</w:t>
      </w:r>
    </w:p>
    <w:p>
      <w:r>
        <w:t>Notwendige personelle Hilfe: [[TEXT]]</w:t>
      </w:r>
    </w:p>
    <w:p>
      <w:r>
        <w:t>Häufigkeit / konkretes Beispiel: [[TEXT]]</w:t>
      </w:r>
    </w:p>
    <w:p>
      <w:r>
        <w:t>Nachweis: [[ANLAGE / BELEG]]</w:t>
      </w:r>
    </w:p>
    <w:p>
      <w:r/>
    </w:p>
    <w:p>
      <w:r>
        <w:t>2. [[WEITERER PUNKT]]</w:t>
      </w:r>
    </w:p>
    <w:p>
      <w:r>
        <w:t>[[GLEICHE STRUKTUR]]</w:t>
      </w:r>
    </w:p>
    <w:p>
      <w:r/>
    </w:p>
    <w:p>
      <w:r>
        <w:t>Ich bitte um erneute Prüfung der Entscheidung unter Berücksichtigung der dargestellten Tatsachen und beigefügten Nachweise.</w:t>
      </w:r>
    </w:p>
    <w:p>
      <w:r/>
    </w:p>
    <w:p>
      <w:r>
        <w:t>Anlagen: [[LISTE]]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11 – Bitte um erneute Begutachtung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Kann im Widerspruchsverfahren als Bitte formuliert werden; ob eine erneute Begutachtung erforderlich ist, entscheidet die zuständige Stelle.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Bitte um erneute pflegefachliche Prüfung / Begutachtung – [[AKTENZEICHEN]]</w:t>
      </w:r>
    </w:p>
    <w:p>
      <w:r/>
    </w:p>
    <w:p>
      <w:r>
        <w:t>Sehr geehrte Damen und Herren,</w:t>
      </w:r>
    </w:p>
    <w:p>
      <w:r/>
    </w:p>
    <w:p>
      <w:r>
        <w:t>im laufenden Verfahren bestehen aus meiner Sicht wesentliche Abweichungen zwischen den bisherigen Feststellungen und der tatsächlichen Pflegesituation.</w:t>
      </w:r>
    </w:p>
    <w:p>
      <w:r/>
    </w:p>
    <w:p>
      <w:r>
        <w:t>Diese betreffen insbesondere: [[KURZE PUNKTE]].</w:t>
      </w:r>
    </w:p>
    <w:p>
      <w:r/>
    </w:p>
    <w:p>
      <w:r>
        <w:t>Ich bitte daher um Prüfung, ob eine erneute Begutachtung zur vollständigen Sachverhaltsaufklärung erforderlich ist.</w:t>
      </w:r>
    </w:p>
    <w:p>
      <w:r/>
    </w:p>
    <w:p>
      <w:r>
        <w:t>Die relevanten Nachweise sind beigefügt / werden wie folgt nachgereicht: [[LISTE]].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12 – Antrag auf Höherstufung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Für eine spätere, relevante Verschlechterung der Pflegesituation; nicht als Ersatz für einen fristgebundenen Widerspruch gegen einen damaligen Fehler.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Antrag auf Höherstufung / erneute Feststellung des Pflegegrades – [[NAME / VERS.-NR.]]</w:t>
      </w:r>
    </w:p>
    <w:p>
      <w:r/>
    </w:p>
    <w:p>
      <w:r>
        <w:t>Sehr geehrte Damen und Herren,</w:t>
      </w:r>
    </w:p>
    <w:p>
      <w:r/>
    </w:p>
    <w:p>
      <w:r>
        <w:t>seit der letzten Begutachtung vom [[DATUM]] hat sich die Pflegesituation wesentlich verändert.</w:t>
      </w:r>
    </w:p>
    <w:p>
      <w:r/>
    </w:p>
    <w:p>
      <w:r>
        <w:t>Insbesondere besteht nun zusätzlicher bzw. häufigerer Hilfebedarf bei: [[BEREICHE]].</w:t>
      </w:r>
    </w:p>
    <w:p>
      <w:r/>
    </w:p>
    <w:p>
      <w:r>
        <w:t>Die Veränderungen bestehen seit ungefähr [[ZEITPUNKT]] und werden durch folgende Unterlagen/Beobachtungen belegt: [[LISTE]].</w:t>
      </w:r>
    </w:p>
    <w:p>
      <w:r/>
    </w:p>
    <w:p>
      <w:r>
        <w:t>Ich beantrage daher die erneute Feststellung des Pflegegrades.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13 – Mitteilung über erhebliche Verschlechterung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Für eine sachliche Mitteilung im laufenden Verfahren oder zur Vorbereitung eines Höherstufungsantrags.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Mitteilung über erhebliche Veränderung der Pflegesituation – [[AKTENZEICHEN]]</w:t>
      </w:r>
    </w:p>
    <w:p>
      <w:r/>
    </w:p>
    <w:p>
      <w:r>
        <w:t>Sehr geehrte Damen und Herren,</w:t>
      </w:r>
    </w:p>
    <w:p>
      <w:r/>
    </w:p>
    <w:p>
      <w:r>
        <w:t>seit [[DATUM/ZEITRAUM]] hat sich die Pflegesituation wie folgt verändert:</w:t>
      </w:r>
    </w:p>
    <w:p>
      <w:r/>
    </w:p>
    <w:p>
      <w:r>
        <w:t>- [[VERÄNDERUNG 1 + KONKRETE HILFE]]</w:t>
      </w:r>
    </w:p>
    <w:p>
      <w:r>
        <w:t>- [[VERÄNDERUNG 2 + KONKRETE HILFE]]</w:t>
      </w:r>
    </w:p>
    <w:p>
      <w:r>
        <w:t>- [[VERÄNDERUNG 3 + KONKRETE HILFE]]</w:t>
      </w:r>
    </w:p>
    <w:p>
      <w:r/>
    </w:p>
    <w:p>
      <w:r>
        <w:t>Bitte teilen Sie mir mit, welche Verfahrenshandlung bzw. welche Unterlagen hierzu erforderlich sind.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14 – Sachstandsanfrage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Kurz und sachlich; Vorgang eindeutig identifizieren.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Sachstandsanfrage – [[VORGANG / AKTENZEICHEN]]</w:t>
      </w:r>
    </w:p>
    <w:p>
      <w:r/>
    </w:p>
    <w:p>
      <w:r>
        <w:t>Sehr geehrte Damen und Herren,</w:t>
      </w:r>
    </w:p>
    <w:p>
      <w:r/>
    </w:p>
    <w:p>
      <w:r>
        <w:t>zu meinem/ unserem Vorgang vom [[DATUM]] bitte ich um Mitteilung des aktuellen Bearbeitungsstands.</w:t>
      </w:r>
    </w:p>
    <w:p>
      <w:r/>
    </w:p>
    <w:p>
      <w:r>
        <w:t>Letzte bekannte Verfahrenshandlung: [[TEXT]].</w:t>
      </w:r>
    </w:p>
    <w:p>
      <w:r/>
    </w:p>
    <w:p>
      <w:r>
        <w:t>Bitte teilen Sie mir mit, ob noch Unterlagen oder Mitwirkungshandlungen benötigt werden und welcher nächste Schritt vorgesehen ist.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15 – Anfrage Leistungsbudgets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Für eine aktuelle, personenbezogene Auskunft zu nutzbaren bzw. bereits verbrauchten Leistungsbeträgen.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Bitte um Übersicht aktueller Leistungsbudgets – [[NAME / VERS.-NR.]]</w:t>
      </w:r>
    </w:p>
    <w:p>
      <w:r/>
    </w:p>
    <w:p>
      <w:r>
        <w:t>Sehr geehrte Damen und Herren,</w:t>
      </w:r>
    </w:p>
    <w:p>
      <w:r/>
    </w:p>
    <w:p>
      <w:r>
        <w:t>bitte teilen Sie mir für das Kalenderjahr [[JAHR]] den aktuellen Stand der für mich relevanten Leistungsbudgets mit, insbesondere soweit zutreffend:</w:t>
      </w:r>
    </w:p>
    <w:p>
      <w:r/>
    </w:p>
    <w:p>
      <w:r>
        <w:t>- Entlastungsbetrag / übertragbare Restbeträge</w:t>
      </w:r>
    </w:p>
    <w:p>
      <w:r>
        <w:t>- Gemeinsamer Jahresbetrag für Verhinderungs- und Kurzzeitpflege</w:t>
      </w:r>
    </w:p>
    <w:p>
      <w:r>
        <w:t>- ambulante Sachleistungen / Kombinationsleistung</w:t>
      </w:r>
    </w:p>
    <w:p>
      <w:r>
        <w:t>- sonstige für meinen Pflegegrad relevante Budgets</w:t>
      </w:r>
    </w:p>
    <w:p>
      <w:r/>
    </w:p>
    <w:p>
      <w:r>
        <w:t>Bitte weisen Sie – soweit möglich – bereits abgerechnete Beträge und verbleibende Restbeträge getrennt aus.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16 – Antrag/Zuschuss Wohnumfeldverbesserung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Vor Maßnahmen möglichst Bewilligung/Verfahren klären. 2026 bis 4.180 € je Maßnahme/Person, gemeinschaftlich maximal 16.720 €; Voraussetzungen im Einzelfall prüfen.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Antrag auf Zuschuss für wohnumfeldverbessernde Maßnahme nach § 40 SGB XI – [[NAME / VERS.-NR.]]</w:t>
      </w:r>
    </w:p>
    <w:p>
      <w:r/>
    </w:p>
    <w:p>
      <w:r>
        <w:t>Sehr geehrte Damen und Herren,</w:t>
      </w:r>
    </w:p>
    <w:p>
      <w:r/>
    </w:p>
    <w:p>
      <w:r>
        <w:t>hiermit beantrage ich einen Zuschuss für folgende Maßnahme: [[BESCHREIBUNG]].</w:t>
      </w:r>
    </w:p>
    <w:p>
      <w:r/>
    </w:p>
    <w:p>
      <w:r>
        <w:t>Die Maßnahme soll die häusliche Pflege [[ERMÖGLICHEN / ERHEBLICH ERLEICHTERN / EINE MÖGLICHST SELBSTSTÄNDIGE LEBENSFÜHRUNG WIEDERHERSTELLEN]].</w:t>
      </w:r>
    </w:p>
    <w:p>
      <w:r/>
    </w:p>
    <w:p>
      <w:r>
        <w:t>Begründung der konkreten Pflegesituation: [[TEXT]].</w:t>
      </w:r>
    </w:p>
    <w:p>
      <w:r/>
    </w:p>
    <w:p>
      <w:r>
        <w:t>Beigefügt: [[KOSTENVORANSCHLAG / SKIZZE / FOTOS / WEITERE UNTERLAGEN]].</w:t>
      </w:r>
    </w:p>
    <w:p>
      <w:r/>
    </w:p>
    <w:p>
      <w:r>
        <w:t>Bitte bestätigen Sie den Eingang und teilen Sie mir mit, ob vor Umsetzung weitere Unterlagen oder eine Besichtigung erforderlich sind.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17 – Anfrage/Antrag Pflegehilfsmittel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Pflegehilfsmittel dienen insbesondere der Erleichterung der Pflege, Linderung von Beschwerden oder selbstständigeren Lebensführung, soweit kein anderer Leistungsträger zuständig ist.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Antrag / Anfrage Pflegehilfsmittel – [[NAME / VERS.-NR.]]</w:t>
      </w:r>
    </w:p>
    <w:p>
      <w:r/>
    </w:p>
    <w:p>
      <w:r>
        <w:t>Sehr geehrte Damen und Herren,</w:t>
      </w:r>
    </w:p>
    <w:p>
      <w:r/>
    </w:p>
    <w:p>
      <w:r>
        <w:t>ich bitte um Prüfung der Versorgung mit folgendem Pflegehilfsmittel: [[HILFSMITTEL]].</w:t>
      </w:r>
    </w:p>
    <w:p>
      <w:r/>
    </w:p>
    <w:p>
      <w:r>
        <w:t>Konkreter Bedarf im Pflegealltag: [[TEXT]].</w:t>
      </w:r>
    </w:p>
    <w:p>
      <w:r/>
    </w:p>
    <w:p>
      <w:r>
        <w:t>Das Hilfsmittel soll insbesondere [[PFLEGE ERLEICHTERN / BESCHWERDEN LINDERN / SELBSTSTÄNDIGKEIT UNTERSTÜTZEN]].</w:t>
      </w:r>
    </w:p>
    <w:p>
      <w:r/>
    </w:p>
    <w:p>
      <w:r>
        <w:t>Vorhandene Empfehlung/Verordnung/Pflegefachliche Empfehlung: [[ANGABE]].</w:t>
      </w:r>
    </w:p>
    <w:p>
      <w:r/>
    </w:p>
    <w:p>
      <w:r>
        <w:t>Bitte teilen Sie mir das weitere Verfahren und gegebenenfalls benötigte Unterlagen mit.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18 – Kostenerstattung Verhinderungspflege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Für tatsächlich entstandene und belegbare Kosten. Ab 2026 Erstattungsfrist des Folgekalenderjahres beachten.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rPr>
          <w:b/>
        </w:rPr>
        <w:t>Betreff: Antrag auf Kostenerstattung für Verhinderungspflege – [[NAME / VERS.-NR.]]</w:t>
      </w:r>
    </w:p>
    <w:p>
      <w:r/>
    </w:p>
    <w:p>
      <w:r>
        <w:t>Sehr geehrte Damen und Herren,</w:t>
      </w:r>
    </w:p>
    <w:p>
      <w:r/>
    </w:p>
    <w:p>
      <w:r>
        <w:t>für den Zeitraum [[VON–BIS]] wurde wegen Verhinderung der regulären Pflegeperson Ersatzpflege durchgeführt.</w:t>
      </w:r>
    </w:p>
    <w:p>
      <w:r/>
    </w:p>
    <w:p>
      <w:r>
        <w:t>Ersatzpflegeperson / Leistungserbringer: [[NAME]]</w:t>
      </w:r>
    </w:p>
    <w:p>
      <w:r>
        <w:t>Anlass: [[ANGABE]]</w:t>
      </w:r>
    </w:p>
    <w:p>
      <w:r>
        <w:t>Tatsächlich entstandene Kosten: [[BETRAG]]</w:t>
      </w:r>
    </w:p>
    <w:p>
      <w:r/>
    </w:p>
    <w:p>
      <w:r>
        <w:t>Die Nachweise/Rechnungen sind als Anlagen beigefügt. Bitte rechnen Sie die erstattungsfähigen Aufwendungen im Rahmen des verfügbaren Gemeinsamen Jahresbetrags ab und teilen Sie mir den verbleibenden Budgetstand mit.</w:t>
      </w:r>
    </w:p>
    <w:p>
      <w:r/>
    </w:p>
    <w:p>
      <w:r>
        <w:t>Mit freundlichen Grüßen</w:t>
      </w:r>
    </w:p>
    <w:p>
      <w:r>
        <w:t>[[NAME]]</w:t>
      </w:r>
    </w:p>
    <w:p>
      <w:r>
        <w:br w:type="page"/>
      </w:r>
    </w:p>
    <w:p>
      <w:pPr>
        <w:pStyle w:val="Heading1"/>
      </w:pPr>
      <w:r>
        <w:t>19 – Vollmacht für Pflegekassenangelegenheiten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Muster nur als organisatorische Vorlage. Reichweite und Eignung einer Vollmacht können rechtlich bedeutsam sein; bei weitergehenden Vertretungsfragen fachkundige Beratung nutzen.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t>VOLLMACHT FÜR PFLEGEKASSENANGELEGENHEITEN</w:t>
      </w:r>
    </w:p>
    <w:p>
      <w:r/>
    </w:p>
    <w:p>
      <w:r>
        <w:t>Ich, [[VOLLmachtgeber: NAME, GEBURTSDATUM, ANSCHRIFT]], bevollmächtige</w:t>
      </w:r>
    </w:p>
    <w:p>
      <w:r/>
    </w:p>
    <w:p>
      <w:r>
        <w:t>[[BEVOLLMÄCHTIGTE PERSON: NAME, GEBURTSDATUM, ANSCHRIFT]]</w:t>
      </w:r>
    </w:p>
    <w:p>
      <w:r/>
    </w:p>
    <w:p>
      <w:r>
        <w:t>mich gegenüber meiner Pflegekasse / privaten Pflegeversicherung und den am Pflegegradverfahren beteiligten Stellen im nachstehend angekreuzten/benannten Umfang zu vertreten:</w:t>
      </w:r>
    </w:p>
    <w:p>
      <w:r/>
    </w:p>
    <w:p>
      <w:r>
        <w:t>[[ ]] Anträge stellen und Unterlagen einreichen</w:t>
      </w:r>
    </w:p>
    <w:p>
      <w:r>
        <w:t>[[ ]] Auskünfte einholen und Schriftverkehr führen</w:t>
      </w:r>
    </w:p>
    <w:p>
      <w:r>
        <w:t>[[ ]] Bescheide / Gutachten / Verfahrensunterlagen entgegennehmen</w:t>
      </w:r>
    </w:p>
    <w:p>
      <w:r>
        <w:t>[[ ]] Akteneinsicht beantragen</w:t>
      </w:r>
    </w:p>
    <w:p>
      <w:r>
        <w:t>[[ ]] Rechtsbehelfe einlegen und begründen</w:t>
      </w:r>
    </w:p>
    <w:p>
      <w:r>
        <w:t>[[ ]] Sonstiges: [[TEXT]]</w:t>
      </w:r>
    </w:p>
    <w:p>
      <w:r/>
    </w:p>
    <w:p>
      <w:r>
        <w:t>Die Vollmacht gilt ab [[DATUM]] bis [[BEFRISTUNG / WIDERRUF]].</w:t>
      </w:r>
    </w:p>
    <w:p>
      <w:r/>
    </w:p>
    <w:p>
      <w:r>
        <w:t>[[ORT, DATUM]]</w:t>
      </w:r>
    </w:p>
    <w:p>
      <w:r/>
    </w:p>
    <w:p>
      <w:r>
        <w:t>______________________________</w:t>
      </w:r>
    </w:p>
    <w:p>
      <w:r>
        <w:t>[[UNTERSCHRIFT VOLLMACHTGEBER]]</w:t>
      </w:r>
    </w:p>
    <w:p>
      <w:r>
        <w:br w:type="page"/>
      </w:r>
    </w:p>
    <w:p>
      <w:pPr>
        <w:pStyle w:val="Heading1"/>
      </w:pPr>
      <w:r>
        <w:t>20 – Allgemeines Anlagen-/Versandprotokoll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2"/>
      </w:tblGrid>
      <w:tr>
        <w:trPr>
          <w:tblHeader w:val="true"/>
        </w:trPr>
        <w:tc>
          <w:tcPr>
            <w:tcW w:type="dxa" w:w="9972"/>
            <w:shd w:fill="F6F1E7"/>
          </w:tcPr>
          <w:p>
            <w:r>
              <w:rPr>
                <w:b/>
              </w:rPr>
              <w:t xml:space="preserve">Nutzungshinweis: </w:t>
            </w:r>
            <w:r>
              <w:t>Als Deckblatt oder eigene Dokumentation zu jedem wichtigen Versand nutzbar.</w:t>
            </w:r>
          </w:p>
        </w:tc>
      </w:tr>
    </w:tbl>
    <w:p>
      <w:r>
        <w:t>Vor Versand prüfen: Empfänger, Aktenzeichen, Frist, Tatsachen, Anlagen und zulässiger Übermittlungsweg.</w:t>
      </w:r>
    </w:p>
    <w:p>
      <w:r>
        <w:t>ANLAGEN- UND VERSANDPROTOKOLL</w:t>
      </w:r>
    </w:p>
    <w:p>
      <w:r/>
    </w:p>
    <w:p>
      <w:r>
        <w:t>Vorgang / Aktenzeichen: [[TEXT]]</w:t>
      </w:r>
    </w:p>
    <w:p>
      <w:r>
        <w:t>Empfänger: [[STELLE]]</w:t>
      </w:r>
    </w:p>
    <w:p>
      <w:r>
        <w:t>Versanddatum: [[DATUM]]</w:t>
      </w:r>
    </w:p>
    <w:p>
      <w:r>
        <w:t>Versandweg: [[POST / FAX / PORTAL / PERSÖNLICH / SONSTIGES]]</w:t>
      </w:r>
    </w:p>
    <w:p>
      <w:r/>
    </w:p>
    <w:p>
      <w:r>
        <w:t>Übermittelte Unterlagen:</w:t>
      </w:r>
    </w:p>
    <w:p>
      <w:r>
        <w:t>1. [[ANLAGE]]</w:t>
      </w:r>
    </w:p>
    <w:p>
      <w:r>
        <w:t>2. [[ANLAGE]]</w:t>
      </w:r>
    </w:p>
    <w:p>
      <w:r>
        <w:t>3. [[ANLAGE]]</w:t>
      </w:r>
    </w:p>
    <w:p>
      <w:r>
        <w:t>4. [[ANLAGE]]</w:t>
      </w:r>
    </w:p>
    <w:p>
      <w:r/>
    </w:p>
    <w:p>
      <w:r>
        <w:t>Versand-/Zugangsnachweis: [[TEXT / ABLAGEORT]]</w:t>
      </w:r>
    </w:p>
    <w:p>
      <w:r>
        <w:t>Eingang bestätigt am: [[DATUM]]</w:t>
      </w:r>
    </w:p>
    <w:p>
      <w:r>
        <w:t>Nächste Frist / Wiedervorlage: [[DATUM / HINWEIS]]</w:t>
      </w:r>
    </w:p>
    <w:p>
      <w:r/>
    </w:p>
    <w:p>
      <w:r>
        <w:t>Notizen:</w:t>
      </w:r>
    </w:p>
    <w:p>
      <w:pPr>
        <w:spacing w:after="1000"/>
      </w:pPr>
      <w:r>
        <w:t>[[FREITEXT]]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4606D"/>
        <w:sz w:val="16"/>
      </w:rPr>
      <w:t>FALK-Ratgeber.de  |  Stand 25.09.2026  |  v1.0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3118"/>
      <w:gridCol w:w="7087"/>
    </w:tblGrid>
    <w:tr>
      <w:trPr>
        <w:tblHeader w:val="true"/>
      </w:trPr>
      <w:tc>
        <w:tcPr>
          <w:tcW w:type="dxa" w:w="5102"/>
        </w:tcPr>
        <w:p>
          <w:r>
            <w:drawing>
              <wp:inline xmlns:a="http://schemas.openxmlformats.org/drawingml/2006/main" xmlns:pic="http://schemas.openxmlformats.org/drawingml/2006/picture">
                <wp:extent cx="420392" cy="432000"/>
                <wp:docPr id="1" name="Picture 1" descr="Image: item1.xml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ALK_Emblem_ORIGIN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392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b/>
              <w:color w:val="B38932"/>
              <w:sz w:val="18"/>
            </w:rPr>
            <w:t xml:space="preserve">  FALK RATGEBER</w:t>
          </w:r>
        </w:p>
      </w:tc>
      <w:tc>
        <w:tcPr>
          <w:tcW w:type="dxa" w:w="5102"/>
        </w:tcPr>
        <w:p>
          <w:pPr>
            <w:jc w:val="right"/>
          </w:pPr>
          <w:r>
            <w:rPr>
              <w:b/>
              <w:color w:val="0E233E"/>
              <w:sz w:val="20"/>
            </w:rPr>
            <w:t>PFLEGEGRAD FÜR RENTNER</w:t>
            <w:br/>
            <w:t>MUSTERSCHREIBEN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E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E233E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E233E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